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F04BBA0" w14:textId="1D5F70F8" w:rsidR="00CA20BB" w:rsidRDefault="008A149D" w:rsidP="00DF2266">
      <w:pPr>
        <w:pStyle w:val="Heading1"/>
        <w:jc w:val="center"/>
        <w:rPr>
          <w:rFonts w:ascii="Calibri" w:hAnsi="Calibri" w:cs="Calibri"/>
          <w:color w:val="auto"/>
          <w:sz w:val="24"/>
          <w:szCs w:val="24"/>
        </w:rPr>
      </w:pPr>
      <w:r w:rsidRPr="00DF2266">
        <w:rPr>
          <w:rFonts w:ascii="Calibri" w:hAnsi="Calibri" w:cs="Calibri"/>
          <w:noProof/>
          <w:color w:val="auto"/>
          <w:sz w:val="24"/>
          <w:szCs w:val="24"/>
        </w:rPr>
        <w:drawing>
          <wp:anchor distT="0" distB="0" distL="114300" distR="114300" simplePos="0" relativeHeight="251662336" behindDoc="0" locked="0" layoutInCell="1" allowOverlap="1" wp14:anchorId="122A9FC5" wp14:editId="7949C7FA">
            <wp:simplePos x="0" y="0"/>
            <wp:positionH relativeFrom="column">
              <wp:posOffset>-1143000</wp:posOffset>
            </wp:positionH>
            <wp:positionV relativeFrom="paragraph">
              <wp:posOffset>-914400</wp:posOffset>
            </wp:positionV>
            <wp:extent cx="1082040" cy="1082040"/>
            <wp:effectExtent l="0" t="0" r="3810" b="3810"/>
            <wp:wrapSquare wrapText="bothSides"/>
            <wp:docPr id="280131898" name="Picture 1" descr="A blue and white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0131898" name="Picture 1" descr="A blue and white logo&#10;&#10;AI-generated content may be incorrect."/>
                    <pic:cNvPicPr/>
                  </pic:nvPicPr>
                  <pic:blipFill>
                    <a:blip r:embed="rId6"/>
                    <a:stretch>
                      <a:fillRect/>
                    </a:stretch>
                  </pic:blipFill>
                  <pic:spPr>
                    <a:xfrm>
                      <a:off x="0" y="0"/>
                      <a:ext cx="1082040" cy="1082040"/>
                    </a:xfrm>
                    <a:prstGeom prst="rect">
                      <a:avLst/>
                    </a:prstGeom>
                  </pic:spPr>
                </pic:pic>
              </a:graphicData>
            </a:graphic>
            <wp14:sizeRelH relativeFrom="page">
              <wp14:pctWidth>0</wp14:pctWidth>
            </wp14:sizeRelH>
            <wp14:sizeRelV relativeFrom="page">
              <wp14:pctHeight>0</wp14:pctHeight>
            </wp14:sizeRelV>
          </wp:anchor>
        </w:drawing>
      </w:r>
      <w:r w:rsidR="00DF2266">
        <w:rPr>
          <w:rFonts w:ascii="Calibri" w:hAnsi="Calibri" w:cs="Calibri"/>
          <w:color w:val="auto"/>
          <w:sz w:val="24"/>
          <w:szCs w:val="24"/>
        </w:rPr>
        <w:t xml:space="preserve">TradeLink IT </w:t>
      </w:r>
      <w:r w:rsidRPr="00DF2266">
        <w:rPr>
          <w:rFonts w:ascii="Calibri" w:hAnsi="Calibri" w:cs="Calibri"/>
          <w:color w:val="auto"/>
          <w:sz w:val="24"/>
          <w:szCs w:val="24"/>
        </w:rPr>
        <w:t>Privacy Policy</w:t>
      </w:r>
    </w:p>
    <w:p w14:paraId="139EAEF6" w14:textId="0AC573E1" w:rsidR="00CA20BB" w:rsidRPr="00DF2266" w:rsidRDefault="00000000">
      <w:pPr>
        <w:rPr>
          <w:rFonts w:ascii="Calibri" w:hAnsi="Calibri" w:cs="Calibri"/>
          <w:sz w:val="24"/>
          <w:szCs w:val="24"/>
        </w:rPr>
      </w:pPr>
      <w:r w:rsidRPr="00DF2266">
        <w:rPr>
          <w:rFonts w:ascii="Calibri" w:hAnsi="Calibri" w:cs="Calibri"/>
          <w:sz w:val="24"/>
          <w:szCs w:val="24"/>
        </w:rPr>
        <w:t>At TradeLink IT, we respect your privacy and are committed to protecting your personal data. This Privacy Policy explains how we collect, use, and protect your personal information when you use our website and services.</w:t>
      </w:r>
    </w:p>
    <w:p w14:paraId="347386A8" w14:textId="4532AE64" w:rsidR="00DF2266" w:rsidRPr="002D605A" w:rsidRDefault="00000000" w:rsidP="002D605A">
      <w:pPr>
        <w:pStyle w:val="Heading2"/>
        <w:numPr>
          <w:ilvl w:val="0"/>
          <w:numId w:val="11"/>
        </w:numPr>
        <w:rPr>
          <w:rFonts w:ascii="Calibri" w:hAnsi="Calibri" w:cs="Calibri"/>
          <w:color w:val="auto"/>
          <w:sz w:val="24"/>
          <w:szCs w:val="24"/>
        </w:rPr>
      </w:pPr>
      <w:r w:rsidRPr="00DF2266">
        <w:rPr>
          <w:rFonts w:ascii="Calibri" w:hAnsi="Calibri" w:cs="Calibri"/>
          <w:color w:val="auto"/>
          <w:sz w:val="24"/>
          <w:szCs w:val="24"/>
        </w:rPr>
        <w:t>Data We Collect</w:t>
      </w:r>
    </w:p>
    <w:p w14:paraId="39448B00" w14:textId="7FD5498C" w:rsidR="00CA20BB" w:rsidRPr="00DF2266" w:rsidRDefault="00000000">
      <w:pPr>
        <w:rPr>
          <w:rFonts w:ascii="Calibri" w:hAnsi="Calibri" w:cs="Calibri"/>
          <w:sz w:val="24"/>
          <w:szCs w:val="24"/>
        </w:rPr>
      </w:pPr>
      <w:r w:rsidRPr="00DF2266">
        <w:rPr>
          <w:rFonts w:ascii="Calibri" w:hAnsi="Calibri" w:cs="Calibri"/>
          <w:sz w:val="24"/>
          <w:szCs w:val="24"/>
        </w:rPr>
        <w:t>When you fill out our Contact Us form or interact with our website, we may collect the following personal data:</w:t>
      </w:r>
    </w:p>
    <w:p w14:paraId="15955C4A" w14:textId="676A0ADD" w:rsidR="00CA20BB" w:rsidRPr="00DF2266" w:rsidRDefault="00000000">
      <w:pPr>
        <w:rPr>
          <w:rFonts w:ascii="Calibri" w:hAnsi="Calibri" w:cs="Calibri"/>
          <w:sz w:val="24"/>
          <w:szCs w:val="24"/>
        </w:rPr>
      </w:pPr>
      <w:r w:rsidRPr="00DF2266">
        <w:rPr>
          <w:rFonts w:ascii="Calibri" w:hAnsi="Calibri" w:cs="Calibri"/>
          <w:sz w:val="24"/>
          <w:szCs w:val="24"/>
        </w:rPr>
        <w:t>- Full name</w:t>
      </w:r>
      <w:r w:rsidRPr="00DF2266">
        <w:rPr>
          <w:rFonts w:ascii="Calibri" w:hAnsi="Calibri" w:cs="Calibri"/>
          <w:sz w:val="24"/>
          <w:szCs w:val="24"/>
        </w:rPr>
        <w:br/>
        <w:t>- Email address</w:t>
      </w:r>
      <w:r w:rsidRPr="00DF2266">
        <w:rPr>
          <w:rFonts w:ascii="Calibri" w:hAnsi="Calibri" w:cs="Calibri"/>
          <w:sz w:val="24"/>
          <w:szCs w:val="24"/>
        </w:rPr>
        <w:br/>
        <w:t>- Contact phone number</w:t>
      </w:r>
      <w:r w:rsidRPr="00DF2266">
        <w:rPr>
          <w:rFonts w:ascii="Calibri" w:hAnsi="Calibri" w:cs="Calibri"/>
          <w:sz w:val="24"/>
          <w:szCs w:val="24"/>
        </w:rPr>
        <w:br/>
        <w:t xml:space="preserve">- </w:t>
      </w:r>
      <w:r w:rsidR="00381489" w:rsidRPr="00DF2266">
        <w:rPr>
          <w:rFonts w:ascii="Calibri" w:hAnsi="Calibri" w:cs="Calibri"/>
          <w:sz w:val="24"/>
          <w:szCs w:val="24"/>
        </w:rPr>
        <w:t>Your s</w:t>
      </w:r>
      <w:r w:rsidRPr="00DF2266">
        <w:rPr>
          <w:rFonts w:ascii="Calibri" w:hAnsi="Calibri" w:cs="Calibri"/>
          <w:sz w:val="24"/>
          <w:szCs w:val="24"/>
        </w:rPr>
        <w:t>elected product/service</w:t>
      </w:r>
      <w:r w:rsidRPr="00DF2266">
        <w:rPr>
          <w:rFonts w:ascii="Calibri" w:hAnsi="Calibri" w:cs="Calibri"/>
          <w:sz w:val="24"/>
          <w:szCs w:val="24"/>
        </w:rPr>
        <w:br/>
        <w:t>- Any additional messages or information you provide</w:t>
      </w:r>
      <w:r w:rsidR="00381489" w:rsidRPr="00DF2266">
        <w:rPr>
          <w:rFonts w:ascii="Calibri" w:hAnsi="Calibri" w:cs="Calibri"/>
          <w:sz w:val="24"/>
          <w:szCs w:val="24"/>
        </w:rPr>
        <w:t xml:space="preserve"> to us</w:t>
      </w:r>
    </w:p>
    <w:p w14:paraId="747417B2" w14:textId="2C7E84A8" w:rsidR="00DF2266" w:rsidRPr="002D605A" w:rsidRDefault="00000000" w:rsidP="002D605A">
      <w:pPr>
        <w:pStyle w:val="Heading2"/>
        <w:rPr>
          <w:rFonts w:ascii="Calibri" w:hAnsi="Calibri" w:cs="Calibri"/>
          <w:color w:val="auto"/>
          <w:sz w:val="24"/>
          <w:szCs w:val="24"/>
        </w:rPr>
      </w:pPr>
      <w:r w:rsidRPr="00DF2266">
        <w:rPr>
          <w:rFonts w:ascii="Calibri" w:hAnsi="Calibri" w:cs="Calibri"/>
          <w:color w:val="auto"/>
          <w:sz w:val="24"/>
          <w:szCs w:val="24"/>
        </w:rPr>
        <w:t>2. How We Use Your Data</w:t>
      </w:r>
    </w:p>
    <w:p w14:paraId="56BE0FA7" w14:textId="77777777" w:rsidR="00CA20BB" w:rsidRPr="00DF2266" w:rsidRDefault="00000000">
      <w:pPr>
        <w:rPr>
          <w:rFonts w:ascii="Calibri" w:hAnsi="Calibri" w:cs="Calibri"/>
          <w:sz w:val="24"/>
          <w:szCs w:val="24"/>
        </w:rPr>
      </w:pPr>
      <w:r w:rsidRPr="00DF2266">
        <w:rPr>
          <w:rFonts w:ascii="Calibri" w:hAnsi="Calibri" w:cs="Calibri"/>
          <w:sz w:val="24"/>
          <w:szCs w:val="24"/>
        </w:rPr>
        <w:t>We use your personal data for the following purposes:</w:t>
      </w:r>
    </w:p>
    <w:p w14:paraId="546B5920" w14:textId="1D32B2B1" w:rsidR="00CA20BB" w:rsidRPr="00DF2266" w:rsidRDefault="00000000">
      <w:pPr>
        <w:rPr>
          <w:rFonts w:ascii="Calibri" w:hAnsi="Calibri" w:cs="Calibri"/>
          <w:sz w:val="24"/>
          <w:szCs w:val="24"/>
        </w:rPr>
      </w:pPr>
      <w:r w:rsidRPr="00DF2266">
        <w:rPr>
          <w:rFonts w:ascii="Calibri" w:hAnsi="Calibri" w:cs="Calibri"/>
          <w:sz w:val="24"/>
          <w:szCs w:val="24"/>
        </w:rPr>
        <w:t xml:space="preserve">- To respond to your inquiries and provide </w:t>
      </w:r>
      <w:r w:rsidR="00381489" w:rsidRPr="00DF2266">
        <w:rPr>
          <w:rFonts w:ascii="Calibri" w:hAnsi="Calibri" w:cs="Calibri"/>
          <w:sz w:val="24"/>
          <w:szCs w:val="24"/>
        </w:rPr>
        <w:t xml:space="preserve">the necessary </w:t>
      </w:r>
      <w:r w:rsidRPr="00DF2266">
        <w:rPr>
          <w:rFonts w:ascii="Calibri" w:hAnsi="Calibri" w:cs="Calibri"/>
          <w:sz w:val="24"/>
          <w:szCs w:val="24"/>
        </w:rPr>
        <w:t>customer support</w:t>
      </w:r>
      <w:r w:rsidRPr="00DF2266">
        <w:rPr>
          <w:rFonts w:ascii="Calibri" w:hAnsi="Calibri" w:cs="Calibri"/>
          <w:sz w:val="24"/>
          <w:szCs w:val="24"/>
        </w:rPr>
        <w:br/>
        <w:t xml:space="preserve">- To provide </w:t>
      </w:r>
      <w:r w:rsidR="00381489" w:rsidRPr="00DF2266">
        <w:rPr>
          <w:rFonts w:ascii="Calibri" w:hAnsi="Calibri" w:cs="Calibri"/>
          <w:sz w:val="24"/>
          <w:szCs w:val="24"/>
        </w:rPr>
        <w:t xml:space="preserve">the correct </w:t>
      </w:r>
      <w:r w:rsidRPr="00DF2266">
        <w:rPr>
          <w:rFonts w:ascii="Calibri" w:hAnsi="Calibri" w:cs="Calibri"/>
          <w:sz w:val="24"/>
          <w:szCs w:val="24"/>
        </w:rPr>
        <w:t>quotes, services, and tailored IT solutions</w:t>
      </w:r>
      <w:r w:rsidRPr="00DF2266">
        <w:rPr>
          <w:rFonts w:ascii="Calibri" w:hAnsi="Calibri" w:cs="Calibri"/>
          <w:sz w:val="24"/>
          <w:szCs w:val="24"/>
        </w:rPr>
        <w:br/>
        <w:t>- To improve and personali</w:t>
      </w:r>
      <w:r w:rsidR="00381489" w:rsidRPr="00DF2266">
        <w:rPr>
          <w:rFonts w:ascii="Calibri" w:hAnsi="Calibri" w:cs="Calibri"/>
          <w:sz w:val="24"/>
          <w:szCs w:val="24"/>
        </w:rPr>
        <w:t>s</w:t>
      </w:r>
      <w:r w:rsidRPr="00DF2266">
        <w:rPr>
          <w:rFonts w:ascii="Calibri" w:hAnsi="Calibri" w:cs="Calibri"/>
          <w:sz w:val="24"/>
          <w:szCs w:val="24"/>
        </w:rPr>
        <w:t>e our services</w:t>
      </w:r>
      <w:r w:rsidRPr="00DF2266">
        <w:rPr>
          <w:rFonts w:ascii="Calibri" w:hAnsi="Calibri" w:cs="Calibri"/>
          <w:sz w:val="24"/>
          <w:szCs w:val="24"/>
        </w:rPr>
        <w:br/>
        <w:t>- To comply with legal obligations</w:t>
      </w:r>
    </w:p>
    <w:p w14:paraId="74AFBFD3" w14:textId="77AF9AFE" w:rsidR="00DF2266" w:rsidRPr="002D605A" w:rsidRDefault="00000000" w:rsidP="002D605A">
      <w:pPr>
        <w:pStyle w:val="Heading2"/>
        <w:rPr>
          <w:rFonts w:ascii="Calibri" w:hAnsi="Calibri" w:cs="Calibri"/>
          <w:color w:val="auto"/>
          <w:sz w:val="24"/>
          <w:szCs w:val="24"/>
        </w:rPr>
      </w:pPr>
      <w:r w:rsidRPr="00DF2266">
        <w:rPr>
          <w:rFonts w:ascii="Calibri" w:hAnsi="Calibri" w:cs="Calibri"/>
          <w:color w:val="auto"/>
          <w:sz w:val="24"/>
          <w:szCs w:val="24"/>
        </w:rPr>
        <w:t>3. Third-Party Data Processors</w:t>
      </w:r>
    </w:p>
    <w:p w14:paraId="3FED1617" w14:textId="11DF47B4" w:rsidR="008A149D" w:rsidRPr="00DF2266" w:rsidRDefault="00000000">
      <w:pPr>
        <w:rPr>
          <w:rFonts w:ascii="Calibri" w:hAnsi="Calibri" w:cs="Calibri"/>
          <w:sz w:val="24"/>
          <w:szCs w:val="24"/>
        </w:rPr>
      </w:pPr>
      <w:r w:rsidRPr="00DF2266">
        <w:rPr>
          <w:rFonts w:ascii="Calibri" w:hAnsi="Calibri" w:cs="Calibri"/>
          <w:sz w:val="24"/>
          <w:szCs w:val="24"/>
        </w:rPr>
        <w:t xml:space="preserve">We use third-party service providers to process your data, including </w:t>
      </w:r>
      <w:proofErr w:type="spellStart"/>
      <w:r w:rsidRPr="00DF2266">
        <w:rPr>
          <w:rFonts w:ascii="Calibri" w:hAnsi="Calibri" w:cs="Calibri"/>
          <w:sz w:val="24"/>
          <w:szCs w:val="24"/>
        </w:rPr>
        <w:t>Formspree</w:t>
      </w:r>
      <w:proofErr w:type="spellEnd"/>
      <w:r w:rsidRPr="00DF2266">
        <w:rPr>
          <w:rFonts w:ascii="Calibri" w:hAnsi="Calibri" w:cs="Calibri"/>
          <w:sz w:val="24"/>
          <w:szCs w:val="24"/>
        </w:rPr>
        <w:t xml:space="preserve"> for handling contact form submissions. </w:t>
      </w:r>
      <w:proofErr w:type="spellStart"/>
      <w:r w:rsidRPr="00DF2266">
        <w:rPr>
          <w:rFonts w:ascii="Calibri" w:hAnsi="Calibri" w:cs="Calibri"/>
          <w:sz w:val="24"/>
          <w:szCs w:val="24"/>
        </w:rPr>
        <w:t>Formspree</w:t>
      </w:r>
      <w:proofErr w:type="spellEnd"/>
      <w:r w:rsidRPr="00DF2266">
        <w:rPr>
          <w:rFonts w:ascii="Calibri" w:hAnsi="Calibri" w:cs="Calibri"/>
          <w:sz w:val="24"/>
          <w:szCs w:val="24"/>
        </w:rPr>
        <w:t xml:space="preserve"> processes your data on our behalf and follows strict security measures. For more information, please review their privacy policy at </w:t>
      </w:r>
      <w:hyperlink r:id="rId7" w:history="1">
        <w:r w:rsidR="008A149D" w:rsidRPr="00DF2266">
          <w:rPr>
            <w:rStyle w:val="Hyperlink"/>
            <w:rFonts w:ascii="Calibri" w:hAnsi="Calibri" w:cs="Calibri"/>
            <w:sz w:val="24"/>
            <w:szCs w:val="24"/>
          </w:rPr>
          <w:t>https://formspree.io/legal/privacy-policy</w:t>
        </w:r>
      </w:hyperlink>
      <w:r w:rsidR="008A149D" w:rsidRPr="00DF2266">
        <w:rPr>
          <w:rFonts w:ascii="Calibri" w:hAnsi="Calibri" w:cs="Calibri"/>
          <w:sz w:val="24"/>
          <w:szCs w:val="24"/>
        </w:rPr>
        <w:t xml:space="preserve"> and their security information at </w:t>
      </w:r>
      <w:hyperlink r:id="rId8" w:history="1">
        <w:r w:rsidR="008A149D" w:rsidRPr="00DF2266">
          <w:rPr>
            <w:rStyle w:val="Hyperlink"/>
            <w:rFonts w:ascii="Calibri" w:hAnsi="Calibri" w:cs="Calibri"/>
            <w:sz w:val="24"/>
            <w:szCs w:val="24"/>
          </w:rPr>
          <w:t>https://formspree.io/security</w:t>
        </w:r>
      </w:hyperlink>
      <w:r w:rsidR="008A149D" w:rsidRPr="00DF2266">
        <w:rPr>
          <w:rFonts w:ascii="Calibri" w:hAnsi="Calibri" w:cs="Calibri"/>
          <w:sz w:val="24"/>
          <w:szCs w:val="24"/>
        </w:rPr>
        <w:t>.</w:t>
      </w:r>
    </w:p>
    <w:p w14:paraId="26880A41" w14:textId="7523CA7E" w:rsidR="008A149D" w:rsidRPr="008A149D" w:rsidRDefault="008A149D" w:rsidP="008A149D">
      <w:pPr>
        <w:tabs>
          <w:tab w:val="num" w:pos="720"/>
        </w:tabs>
        <w:rPr>
          <w:rFonts w:ascii="Calibri" w:hAnsi="Calibri" w:cs="Calibri"/>
          <w:sz w:val="24"/>
          <w:szCs w:val="24"/>
          <w:lang w:val="en-GB"/>
        </w:rPr>
      </w:pPr>
      <w:r w:rsidRPr="008A149D">
        <w:rPr>
          <w:rFonts w:ascii="Calibri" w:hAnsi="Calibri" w:cs="Calibri"/>
          <w:sz w:val="24"/>
          <w:szCs w:val="24"/>
          <w:lang w:val="en-GB"/>
        </w:rPr>
        <w:t>We use trusted third-party services to provide and support our offerings</w:t>
      </w:r>
      <w:r w:rsidRPr="00DF2266">
        <w:rPr>
          <w:rFonts w:ascii="Calibri" w:hAnsi="Calibri" w:cs="Calibri"/>
          <w:sz w:val="24"/>
          <w:szCs w:val="24"/>
          <w:lang w:val="en-GB"/>
        </w:rPr>
        <w:t>. T</w:t>
      </w:r>
      <w:r w:rsidRPr="008A149D">
        <w:rPr>
          <w:rFonts w:ascii="Calibri" w:hAnsi="Calibri" w:cs="Calibri"/>
          <w:sz w:val="24"/>
          <w:szCs w:val="24"/>
          <w:lang w:val="en-GB"/>
        </w:rPr>
        <w:t>hese may include</w:t>
      </w:r>
      <w:r w:rsidRPr="00DF2266">
        <w:rPr>
          <w:rFonts w:ascii="Calibri" w:hAnsi="Calibri" w:cs="Calibri"/>
          <w:sz w:val="24"/>
          <w:szCs w:val="24"/>
          <w:lang w:val="en-GB"/>
        </w:rPr>
        <w:t xml:space="preserve"> IONOS, Microsoft and/or Google.</w:t>
      </w:r>
    </w:p>
    <w:p w14:paraId="0F523E8D" w14:textId="406078D6" w:rsidR="008A149D" w:rsidRDefault="008A149D">
      <w:pPr>
        <w:rPr>
          <w:rFonts w:ascii="Calibri" w:hAnsi="Calibri" w:cs="Calibri"/>
          <w:sz w:val="24"/>
          <w:szCs w:val="24"/>
          <w:lang w:val="en-GB"/>
        </w:rPr>
      </w:pPr>
      <w:r w:rsidRPr="008A149D">
        <w:rPr>
          <w:rFonts w:ascii="Calibri" w:hAnsi="Calibri" w:cs="Calibri"/>
          <w:sz w:val="24"/>
          <w:szCs w:val="24"/>
          <w:lang w:val="en-GB"/>
        </w:rPr>
        <w:t>Each provider processes data according to their own privacy policies. We encourage you to review these policies to understand how your information is managed</w:t>
      </w:r>
      <w:r w:rsidR="00DF2266" w:rsidRPr="00DF2266">
        <w:rPr>
          <w:rFonts w:ascii="Calibri" w:hAnsi="Calibri" w:cs="Calibri"/>
          <w:sz w:val="24"/>
          <w:szCs w:val="24"/>
          <w:lang w:val="en-GB"/>
        </w:rPr>
        <w:t xml:space="preserve"> by these third parties.</w:t>
      </w:r>
    </w:p>
    <w:p w14:paraId="1EAEDF5B" w14:textId="77777777" w:rsidR="002D605A" w:rsidRPr="00DF2266" w:rsidRDefault="002D605A">
      <w:pPr>
        <w:rPr>
          <w:rFonts w:ascii="Calibri" w:hAnsi="Calibri" w:cs="Calibri"/>
          <w:sz w:val="24"/>
          <w:szCs w:val="24"/>
          <w:lang w:val="en-GB"/>
        </w:rPr>
      </w:pPr>
    </w:p>
    <w:p w14:paraId="776CD099" w14:textId="2D4F5DCC" w:rsidR="00DF2266" w:rsidRPr="002D605A" w:rsidRDefault="00000000" w:rsidP="002D605A">
      <w:pPr>
        <w:pStyle w:val="Heading2"/>
        <w:rPr>
          <w:rFonts w:ascii="Calibri" w:hAnsi="Calibri" w:cs="Calibri"/>
          <w:color w:val="auto"/>
          <w:sz w:val="24"/>
          <w:szCs w:val="24"/>
        </w:rPr>
      </w:pPr>
      <w:r w:rsidRPr="00DF2266">
        <w:rPr>
          <w:rFonts w:ascii="Calibri" w:hAnsi="Calibri" w:cs="Calibri"/>
          <w:color w:val="auto"/>
          <w:sz w:val="24"/>
          <w:szCs w:val="24"/>
        </w:rPr>
        <w:lastRenderedPageBreak/>
        <w:t>4. Your Rights</w:t>
      </w:r>
    </w:p>
    <w:p w14:paraId="0CEBE283" w14:textId="6AF53F17" w:rsidR="00CA20BB" w:rsidRPr="00DF2266" w:rsidRDefault="00000000">
      <w:pPr>
        <w:rPr>
          <w:rFonts w:ascii="Calibri" w:hAnsi="Calibri" w:cs="Calibri"/>
          <w:sz w:val="24"/>
          <w:szCs w:val="24"/>
        </w:rPr>
      </w:pPr>
      <w:r w:rsidRPr="00DF2266">
        <w:rPr>
          <w:rFonts w:ascii="Calibri" w:hAnsi="Calibri" w:cs="Calibri"/>
          <w:sz w:val="24"/>
          <w:szCs w:val="24"/>
        </w:rPr>
        <w:t>You have the following rights regarding your personal data:</w:t>
      </w:r>
    </w:p>
    <w:p w14:paraId="505D61CD" w14:textId="62055433" w:rsidR="00CA20BB" w:rsidRPr="00DF2266" w:rsidRDefault="00000000">
      <w:pPr>
        <w:rPr>
          <w:rFonts w:ascii="Calibri" w:hAnsi="Calibri" w:cs="Calibri"/>
          <w:sz w:val="24"/>
          <w:szCs w:val="24"/>
        </w:rPr>
      </w:pPr>
      <w:r w:rsidRPr="00DF2266">
        <w:rPr>
          <w:rFonts w:ascii="Calibri" w:hAnsi="Calibri" w:cs="Calibri"/>
          <w:sz w:val="24"/>
          <w:szCs w:val="24"/>
        </w:rPr>
        <w:t>- The right to access the personal data we hold about you</w:t>
      </w:r>
      <w:r w:rsidRPr="00DF2266">
        <w:rPr>
          <w:rFonts w:ascii="Calibri" w:hAnsi="Calibri" w:cs="Calibri"/>
          <w:sz w:val="24"/>
          <w:szCs w:val="24"/>
        </w:rPr>
        <w:br/>
        <w:t>- The right to correct any inaccurate or incomplete data</w:t>
      </w:r>
      <w:r w:rsidRPr="00DF2266">
        <w:rPr>
          <w:rFonts w:ascii="Calibri" w:hAnsi="Calibri" w:cs="Calibri"/>
          <w:sz w:val="24"/>
          <w:szCs w:val="24"/>
        </w:rPr>
        <w:br/>
        <w:t xml:space="preserve">- The right to request </w:t>
      </w:r>
      <w:r w:rsidR="00381489" w:rsidRPr="00DF2266">
        <w:rPr>
          <w:rFonts w:ascii="Calibri" w:hAnsi="Calibri" w:cs="Calibri"/>
          <w:sz w:val="24"/>
          <w:szCs w:val="24"/>
        </w:rPr>
        <w:t xml:space="preserve">the </w:t>
      </w:r>
      <w:r w:rsidRPr="00DF2266">
        <w:rPr>
          <w:rFonts w:ascii="Calibri" w:hAnsi="Calibri" w:cs="Calibri"/>
          <w:sz w:val="24"/>
          <w:szCs w:val="24"/>
        </w:rPr>
        <w:t>deletion of your data</w:t>
      </w:r>
      <w:r w:rsidRPr="00DF2266">
        <w:rPr>
          <w:rFonts w:ascii="Calibri" w:hAnsi="Calibri" w:cs="Calibri"/>
          <w:sz w:val="24"/>
          <w:szCs w:val="24"/>
        </w:rPr>
        <w:br/>
        <w:t>- The right to withdraw your consent at any time</w:t>
      </w:r>
      <w:r w:rsidRPr="00DF2266">
        <w:rPr>
          <w:rFonts w:ascii="Calibri" w:hAnsi="Calibri" w:cs="Calibri"/>
          <w:sz w:val="24"/>
          <w:szCs w:val="24"/>
        </w:rPr>
        <w:br/>
        <w:t>- The right to restrict or object to the processing of your data</w:t>
      </w:r>
      <w:r w:rsidRPr="00DF2266">
        <w:rPr>
          <w:rFonts w:ascii="Calibri" w:hAnsi="Calibri" w:cs="Calibri"/>
          <w:sz w:val="24"/>
          <w:szCs w:val="24"/>
        </w:rPr>
        <w:br/>
        <w:t>- The right to data portability</w:t>
      </w:r>
      <w:r w:rsidRPr="00DF2266">
        <w:rPr>
          <w:rFonts w:ascii="Calibri" w:hAnsi="Calibri" w:cs="Calibri"/>
          <w:sz w:val="24"/>
          <w:szCs w:val="24"/>
        </w:rPr>
        <w:br/>
        <w:t>- The right to lodge a complaint with a data protection authority if you believe your data is not handled properly</w:t>
      </w:r>
    </w:p>
    <w:p w14:paraId="2DD369E9" w14:textId="5C9B5837" w:rsidR="00DF2266" w:rsidRPr="002D605A" w:rsidRDefault="00000000" w:rsidP="002D605A">
      <w:pPr>
        <w:pStyle w:val="Heading2"/>
        <w:rPr>
          <w:rFonts w:ascii="Calibri" w:hAnsi="Calibri" w:cs="Calibri"/>
          <w:color w:val="auto"/>
          <w:sz w:val="24"/>
          <w:szCs w:val="24"/>
        </w:rPr>
      </w:pPr>
      <w:r w:rsidRPr="00DF2266">
        <w:rPr>
          <w:rFonts w:ascii="Calibri" w:hAnsi="Calibri" w:cs="Calibri"/>
          <w:color w:val="auto"/>
          <w:sz w:val="24"/>
          <w:szCs w:val="24"/>
        </w:rPr>
        <w:t>5. Consent</w:t>
      </w:r>
    </w:p>
    <w:p w14:paraId="5E301793" w14:textId="3DA63F33" w:rsidR="00CA20BB" w:rsidRPr="00DF2266" w:rsidRDefault="00000000">
      <w:pPr>
        <w:rPr>
          <w:rFonts w:ascii="Calibri" w:hAnsi="Calibri" w:cs="Calibri"/>
          <w:sz w:val="24"/>
          <w:szCs w:val="24"/>
        </w:rPr>
      </w:pPr>
      <w:r w:rsidRPr="00DF2266">
        <w:rPr>
          <w:rFonts w:ascii="Calibri" w:hAnsi="Calibri" w:cs="Calibri"/>
          <w:sz w:val="24"/>
          <w:szCs w:val="24"/>
        </w:rPr>
        <w:t>By using our contact forms and submitting your personal data, you consent to the collection and processing of your data as described in this Privacy Policy.</w:t>
      </w:r>
    </w:p>
    <w:p w14:paraId="5F6E626C" w14:textId="69F1A846" w:rsidR="00FA6F42" w:rsidRPr="00FA6F42" w:rsidRDefault="00000000" w:rsidP="00FA6F42">
      <w:pPr>
        <w:pStyle w:val="Heading2"/>
        <w:rPr>
          <w:rFonts w:ascii="Calibri" w:hAnsi="Calibri" w:cs="Calibri"/>
          <w:color w:val="auto"/>
          <w:sz w:val="24"/>
          <w:szCs w:val="24"/>
        </w:rPr>
      </w:pPr>
      <w:r w:rsidRPr="00DF2266">
        <w:rPr>
          <w:rFonts w:ascii="Calibri" w:hAnsi="Calibri" w:cs="Calibri"/>
          <w:color w:val="auto"/>
          <w:sz w:val="24"/>
          <w:szCs w:val="24"/>
        </w:rPr>
        <w:t xml:space="preserve">6. </w:t>
      </w:r>
      <w:r w:rsidR="00FA6F42">
        <w:rPr>
          <w:rFonts w:ascii="Calibri" w:hAnsi="Calibri" w:cs="Calibri"/>
          <w:color w:val="auto"/>
          <w:sz w:val="24"/>
          <w:szCs w:val="24"/>
        </w:rPr>
        <w:t>Cookies</w:t>
      </w:r>
    </w:p>
    <w:p w14:paraId="47DE3CA7" w14:textId="0135E3D1" w:rsidR="00340E74" w:rsidRPr="00FA6F42" w:rsidRDefault="00FA6F42" w:rsidP="00FA6F42">
      <w:pPr>
        <w:rPr>
          <w:rFonts w:ascii="Calibri" w:hAnsi="Calibri" w:cs="Calibri"/>
          <w:sz w:val="24"/>
          <w:szCs w:val="24"/>
        </w:rPr>
      </w:pPr>
      <w:r w:rsidRPr="00FA6F42">
        <w:rPr>
          <w:rFonts w:ascii="Calibri" w:hAnsi="Calibri" w:cs="Calibri"/>
          <w:sz w:val="24"/>
          <w:szCs w:val="24"/>
        </w:rPr>
        <w:t xml:space="preserve">While TradeLink IT does not use cookies on this website, our hosting provider, IONOS, may use cookies or similar technologies for essential site functions and security purposes. For more information about IONOS’s cookie use and privacy practices, please visit their </w:t>
      </w:r>
      <w:r w:rsidR="00340E74">
        <w:rPr>
          <w:rFonts w:ascii="Calibri" w:hAnsi="Calibri" w:cs="Calibri"/>
          <w:sz w:val="24"/>
          <w:szCs w:val="24"/>
        </w:rPr>
        <w:t xml:space="preserve">policy at: </w:t>
      </w:r>
      <w:hyperlink r:id="rId9" w:history="1">
        <w:r w:rsidR="00340E74" w:rsidRPr="00414DC0">
          <w:rPr>
            <w:rStyle w:val="Hyperlink"/>
            <w:rFonts w:ascii="Calibri" w:hAnsi="Calibri" w:cs="Calibri"/>
            <w:sz w:val="24"/>
            <w:szCs w:val="24"/>
          </w:rPr>
          <w:t>https://resources.ionos.com/cookies</w:t>
        </w:r>
      </w:hyperlink>
      <w:r w:rsidR="00340E74">
        <w:rPr>
          <w:rFonts w:ascii="Calibri" w:hAnsi="Calibri" w:cs="Calibri"/>
          <w:sz w:val="24"/>
          <w:szCs w:val="24"/>
        </w:rPr>
        <w:t>.</w:t>
      </w:r>
    </w:p>
    <w:p w14:paraId="762B8D36" w14:textId="127358CB" w:rsidR="00DF2266" w:rsidRPr="002D605A" w:rsidRDefault="00FA6F42" w:rsidP="002D605A">
      <w:pPr>
        <w:pStyle w:val="Heading2"/>
        <w:rPr>
          <w:rFonts w:ascii="Calibri" w:hAnsi="Calibri" w:cs="Calibri"/>
          <w:color w:val="auto"/>
          <w:sz w:val="24"/>
          <w:szCs w:val="24"/>
        </w:rPr>
      </w:pPr>
      <w:r>
        <w:rPr>
          <w:rFonts w:ascii="Calibri" w:hAnsi="Calibri" w:cs="Calibri"/>
          <w:color w:val="auto"/>
          <w:sz w:val="24"/>
          <w:szCs w:val="24"/>
        </w:rPr>
        <w:t xml:space="preserve">7. </w:t>
      </w:r>
      <w:r w:rsidR="00000000" w:rsidRPr="00DF2266">
        <w:rPr>
          <w:rFonts w:ascii="Calibri" w:hAnsi="Calibri" w:cs="Calibri"/>
          <w:color w:val="auto"/>
          <w:sz w:val="24"/>
          <w:szCs w:val="24"/>
        </w:rPr>
        <w:t>Contact Us</w:t>
      </w:r>
    </w:p>
    <w:p w14:paraId="41B6EA44" w14:textId="51A7B9B5" w:rsidR="00CA20BB" w:rsidRDefault="00000000">
      <w:pPr>
        <w:rPr>
          <w:rFonts w:ascii="Calibri" w:hAnsi="Calibri" w:cs="Calibri"/>
          <w:sz w:val="24"/>
          <w:szCs w:val="24"/>
        </w:rPr>
      </w:pPr>
      <w:r w:rsidRPr="00DF2266">
        <w:rPr>
          <w:rFonts w:ascii="Calibri" w:hAnsi="Calibri" w:cs="Calibri"/>
          <w:sz w:val="24"/>
          <w:szCs w:val="24"/>
        </w:rPr>
        <w:t>If you have any questions or concerns about this Privacy Policy or how we handle your data, please contact us at:</w:t>
      </w:r>
      <w:r w:rsidRPr="00DF2266">
        <w:rPr>
          <w:rFonts w:ascii="Calibri" w:hAnsi="Calibri" w:cs="Calibri"/>
          <w:sz w:val="24"/>
          <w:szCs w:val="24"/>
        </w:rPr>
        <w:br/>
      </w:r>
      <w:r w:rsidRPr="00DF2266">
        <w:rPr>
          <w:rFonts w:ascii="Calibri" w:hAnsi="Calibri" w:cs="Calibri"/>
          <w:sz w:val="24"/>
          <w:szCs w:val="24"/>
        </w:rPr>
        <w:br/>
        <w:t>TradeLink IT</w:t>
      </w:r>
      <w:r w:rsidRPr="00DF2266">
        <w:rPr>
          <w:rFonts w:ascii="Calibri" w:hAnsi="Calibri" w:cs="Calibri"/>
          <w:sz w:val="24"/>
          <w:szCs w:val="24"/>
        </w:rPr>
        <w:br/>
        <w:t xml:space="preserve">Email: </w:t>
      </w:r>
      <w:hyperlink r:id="rId10" w:history="1">
        <w:r w:rsidR="001E62A2" w:rsidRPr="00121DBA">
          <w:rPr>
            <w:rStyle w:val="Hyperlink"/>
            <w:rFonts w:ascii="Calibri" w:hAnsi="Calibri" w:cs="Calibri"/>
            <w:sz w:val="24"/>
            <w:szCs w:val="24"/>
          </w:rPr>
          <w:t>info@TradeLinkIT.com</w:t>
        </w:r>
      </w:hyperlink>
    </w:p>
    <w:p w14:paraId="2AEBA268" w14:textId="54477401" w:rsidR="002D605A" w:rsidRPr="00DF2266" w:rsidRDefault="005A2262">
      <w:pPr>
        <w:rPr>
          <w:rFonts w:ascii="Calibri" w:hAnsi="Calibri" w:cs="Calibri"/>
          <w:sz w:val="24"/>
          <w:szCs w:val="24"/>
        </w:rPr>
      </w:pPr>
      <w:r>
        <w:rPr>
          <w:rFonts w:ascii="Calibri" w:hAnsi="Calibri" w:cs="Calibri"/>
          <w:sz w:val="24"/>
          <w:szCs w:val="24"/>
        </w:rPr>
        <w:t xml:space="preserve">The data controller for </w:t>
      </w:r>
      <w:r w:rsidR="006B60A0">
        <w:rPr>
          <w:rFonts w:ascii="Calibri" w:hAnsi="Calibri" w:cs="Calibri"/>
          <w:sz w:val="24"/>
          <w:szCs w:val="24"/>
        </w:rPr>
        <w:t>any data obtained via our services and/or website is TradeLink IT.</w:t>
      </w:r>
    </w:p>
    <w:sectPr w:rsidR="002D605A" w:rsidRPr="00DF2266"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abstractNum w:abstractNumId="9" w15:restartNumberingAfterBreak="0">
    <w:nsid w:val="0CB11D05"/>
    <w:multiLevelType w:val="hybridMultilevel"/>
    <w:tmpl w:val="01DE0494"/>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0" w15:restartNumberingAfterBreak="0">
    <w:nsid w:val="67FF7DF2"/>
    <w:multiLevelType w:val="multilevel"/>
    <w:tmpl w:val="07A6D6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50680007">
    <w:abstractNumId w:val="8"/>
  </w:num>
  <w:num w:numId="2" w16cid:durableId="1642344790">
    <w:abstractNumId w:val="6"/>
  </w:num>
  <w:num w:numId="3" w16cid:durableId="760487147">
    <w:abstractNumId w:val="5"/>
  </w:num>
  <w:num w:numId="4" w16cid:durableId="419109169">
    <w:abstractNumId w:val="4"/>
  </w:num>
  <w:num w:numId="5" w16cid:durableId="404837892">
    <w:abstractNumId w:val="7"/>
  </w:num>
  <w:num w:numId="6" w16cid:durableId="740374570">
    <w:abstractNumId w:val="3"/>
  </w:num>
  <w:num w:numId="7" w16cid:durableId="1538354148">
    <w:abstractNumId w:val="2"/>
  </w:num>
  <w:num w:numId="8" w16cid:durableId="900948263">
    <w:abstractNumId w:val="1"/>
  </w:num>
  <w:num w:numId="9" w16cid:durableId="1228766585">
    <w:abstractNumId w:val="0"/>
  </w:num>
  <w:num w:numId="10" w16cid:durableId="1885094829">
    <w:abstractNumId w:val="10"/>
  </w:num>
  <w:num w:numId="11" w16cid:durableId="59133009">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47730"/>
    <w:rsid w:val="00034616"/>
    <w:rsid w:val="0006063C"/>
    <w:rsid w:val="0015074B"/>
    <w:rsid w:val="001E62A2"/>
    <w:rsid w:val="0029639D"/>
    <w:rsid w:val="002B7305"/>
    <w:rsid w:val="002D605A"/>
    <w:rsid w:val="00326F90"/>
    <w:rsid w:val="00340E74"/>
    <w:rsid w:val="00381489"/>
    <w:rsid w:val="003F4081"/>
    <w:rsid w:val="005A2262"/>
    <w:rsid w:val="006A3903"/>
    <w:rsid w:val="006B60A0"/>
    <w:rsid w:val="006E5B3F"/>
    <w:rsid w:val="008A149D"/>
    <w:rsid w:val="00AA1D8D"/>
    <w:rsid w:val="00B47730"/>
    <w:rsid w:val="00C051FF"/>
    <w:rsid w:val="00CA20BB"/>
    <w:rsid w:val="00CB0664"/>
    <w:rsid w:val="00D429E2"/>
    <w:rsid w:val="00DF2266"/>
    <w:rsid w:val="00FA6F42"/>
    <w:rsid w:val="00FC693F"/>
    <w:rsid w:val="00FD13B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7F16CD30"/>
  <w14:defaultImageDpi w14:val="300"/>
  <w15:docId w15:val="{A479C8DA-F73B-47B8-BFF3-FA95B453F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character" w:styleId="Hyperlink">
    <w:name w:val="Hyperlink"/>
    <w:basedOn w:val="DefaultParagraphFont"/>
    <w:uiPriority w:val="99"/>
    <w:unhideWhenUsed/>
    <w:rsid w:val="00381489"/>
    <w:rPr>
      <w:color w:val="0000FF" w:themeColor="hyperlink"/>
      <w:u w:val="single"/>
    </w:rPr>
  </w:style>
  <w:style w:type="character" w:styleId="UnresolvedMention">
    <w:name w:val="Unresolved Mention"/>
    <w:basedOn w:val="DefaultParagraphFont"/>
    <w:uiPriority w:val="99"/>
    <w:semiHidden/>
    <w:unhideWhenUsed/>
    <w:rsid w:val="00381489"/>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66953060">
      <w:bodyDiv w:val="1"/>
      <w:marLeft w:val="0"/>
      <w:marRight w:val="0"/>
      <w:marTop w:val="0"/>
      <w:marBottom w:val="0"/>
      <w:divBdr>
        <w:top w:val="none" w:sz="0" w:space="0" w:color="auto"/>
        <w:left w:val="none" w:sz="0" w:space="0" w:color="auto"/>
        <w:bottom w:val="none" w:sz="0" w:space="0" w:color="auto"/>
        <w:right w:val="none" w:sz="0" w:space="0" w:color="auto"/>
      </w:divBdr>
    </w:div>
    <w:div w:id="1875653916">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hyperlink" Target="https://formspree.io/security" TargetMode="External"/><Relationship Id="rId3" Type="http://schemas.openxmlformats.org/officeDocument/2006/relationships/styles" Target="styles.xml"/><Relationship Id="rId7" Type="http://schemas.openxmlformats.org/officeDocument/2006/relationships/hyperlink" Target="https://formspree.io/legal/privacy-policy" TargetMode="Externa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yperlink" Target="mailto:info@TradeLinkIT.com" TargetMode="External"/><Relationship Id="rId4" Type="http://schemas.openxmlformats.org/officeDocument/2006/relationships/settings" Target="settings.xml"/><Relationship Id="rId9" Type="http://schemas.openxmlformats.org/officeDocument/2006/relationships/hyperlink" Target="https://resources.ionos.com/cookie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TotalTime>
  <Pages>2</Pages>
  <Words>443</Words>
  <Characters>2528</Characters>
  <Application>Microsoft Office Word</Application>
  <DocSecurity>0</DocSecurity>
  <Lines>21</Lines>
  <Paragraphs>5</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2966</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Liam Keefe</cp:lastModifiedBy>
  <cp:revision>13</cp:revision>
  <dcterms:created xsi:type="dcterms:W3CDTF">2013-12-23T23:15:00Z</dcterms:created>
  <dcterms:modified xsi:type="dcterms:W3CDTF">2025-05-26T18:28:00Z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7f819d78-938c-4872-af2b-40cf5b347000_Enabled">
    <vt:lpwstr>true</vt:lpwstr>
  </property>
  <property fmtid="{D5CDD505-2E9C-101B-9397-08002B2CF9AE}" pid="3" name="MSIP_Label_7f819d78-938c-4872-af2b-40cf5b347000_SetDate">
    <vt:lpwstr>2025-05-26T17:37:31Z</vt:lpwstr>
  </property>
  <property fmtid="{D5CDD505-2E9C-101B-9397-08002B2CF9AE}" pid="4" name="MSIP_Label_7f819d78-938c-4872-af2b-40cf5b347000_Method">
    <vt:lpwstr>Standard</vt:lpwstr>
  </property>
  <property fmtid="{D5CDD505-2E9C-101B-9397-08002B2CF9AE}" pid="5" name="MSIP_Label_7f819d78-938c-4872-af2b-40cf5b347000_Name">
    <vt:lpwstr>Internal</vt:lpwstr>
  </property>
  <property fmtid="{D5CDD505-2E9C-101B-9397-08002B2CF9AE}" pid="6" name="MSIP_Label_7f819d78-938c-4872-af2b-40cf5b347000_SiteId">
    <vt:lpwstr>1f758329-8df9-4285-af1e-1f1e58d2d08b</vt:lpwstr>
  </property>
  <property fmtid="{D5CDD505-2E9C-101B-9397-08002B2CF9AE}" pid="7" name="MSIP_Label_7f819d78-938c-4872-af2b-40cf5b347000_ActionId">
    <vt:lpwstr>3a575aeb-1258-4c54-b224-4a6106b92d5a</vt:lpwstr>
  </property>
  <property fmtid="{D5CDD505-2E9C-101B-9397-08002B2CF9AE}" pid="8" name="MSIP_Label_7f819d78-938c-4872-af2b-40cf5b347000_ContentBits">
    <vt:lpwstr>0</vt:lpwstr>
  </property>
  <property fmtid="{D5CDD505-2E9C-101B-9397-08002B2CF9AE}" pid="9" name="MSIP_Label_7f819d78-938c-4872-af2b-40cf5b347000_Tag">
    <vt:lpwstr>10, 3, 0, 1</vt:lpwstr>
  </property>
</Properties>
</file>